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AAC2D" w14:textId="77777777" w:rsidR="00125360" w:rsidRDefault="00000000">
      <w:pPr>
        <w:pStyle w:val="Title"/>
      </w:pPr>
      <w:r>
        <w:t>Ezekiel Chitsvare</w:t>
      </w:r>
    </w:p>
    <w:p w14:paraId="76EC1B87" w14:textId="5F17B7A9" w:rsidR="00125360" w:rsidRDefault="00000000">
      <w:r>
        <w:t>Web Developer | Django &amp; WordPress Developer</w:t>
      </w:r>
      <w:r>
        <w:br/>
        <w:t>Wells, UK</w:t>
      </w:r>
      <w:r>
        <w:br/>
        <w:t>📧 info@ethezet.website | 📞 +44 7311 864581</w:t>
      </w:r>
      <w:r>
        <w:br/>
        <w:t>🌐</w:t>
      </w:r>
      <w:hyperlink r:id="rId6" w:history="1">
        <w:r w:rsidRPr="00F077C3">
          <w:rPr>
            <w:rStyle w:val="Hyperlink"/>
          </w:rPr>
          <w:t xml:space="preserve"> https://ethezet.website</w:t>
        </w:r>
      </w:hyperlink>
      <w:r>
        <w:br/>
        <w:t>💻</w:t>
      </w:r>
      <w:hyperlink r:id="rId7" w:history="1">
        <w:r w:rsidRPr="00F077C3">
          <w:rPr>
            <w:rStyle w:val="Hyperlink"/>
          </w:rPr>
          <w:t xml:space="preserve"> https://github.com/ezekielchitsvare</w:t>
        </w:r>
      </w:hyperlink>
      <w:r>
        <w:br/>
        <w:t>🔗</w:t>
      </w:r>
      <w:hyperlink r:id="rId8" w:history="1">
        <w:r w:rsidRPr="00F077C3">
          <w:rPr>
            <w:rStyle w:val="Hyperlink"/>
          </w:rPr>
          <w:t xml:space="preserve"> https://www.linkedin.com/in/eze-chitsvare-325838313/</w:t>
        </w:r>
      </w:hyperlink>
      <w:r>
        <w:br/>
      </w:r>
    </w:p>
    <w:p w14:paraId="5AE8FA6F" w14:textId="77777777" w:rsidR="00125360" w:rsidRDefault="00000000">
      <w:pPr>
        <w:pStyle w:val="Heading1"/>
      </w:pPr>
      <w:r>
        <w:t>Professional Profile</w:t>
      </w:r>
    </w:p>
    <w:p w14:paraId="36DC5FD9" w14:textId="77777777" w:rsidR="00125360" w:rsidRDefault="00000000">
      <w:r>
        <w:t>Web Developer with over 5 years of experience building and maintaining WordPress websites and business solutions. Skilled in Python, Django, WordPress, JavaScript, HTML, CSS, Bootstrap, MySQL, Git, GitHub, and Advanced Excel. Experienced in developing responsive websites, management systems, and database-driven applications. Recent projects include a Django Coach Management System, a WordPress School Management System, and a professional portfolio website. Currently open to Web Developer, Django Developer, WordPress Developer, and remote technology opportunities.</w:t>
      </w:r>
    </w:p>
    <w:p w14:paraId="3F55D469" w14:textId="77777777" w:rsidR="00125360" w:rsidRDefault="00000000">
      <w:pPr>
        <w:pStyle w:val="Heading1"/>
      </w:pPr>
      <w:r>
        <w:t>Technical Skills</w:t>
      </w:r>
    </w:p>
    <w:p w14:paraId="5AC28C0C" w14:textId="77777777" w:rsidR="00125360" w:rsidRDefault="00000000">
      <w:r>
        <w:t>Languages &amp; Frameworks: Python, Django, JavaScript, HTML5, CSS3, Bootstrap</w:t>
      </w:r>
    </w:p>
    <w:p w14:paraId="74838245" w14:textId="77777777" w:rsidR="00125360" w:rsidRDefault="00000000">
      <w:r>
        <w:t>CMS &amp; Web Development: WordPress, Elementor, WooCommerce</w:t>
      </w:r>
    </w:p>
    <w:p w14:paraId="74299011" w14:textId="77777777" w:rsidR="00125360" w:rsidRDefault="00000000">
      <w:r>
        <w:t>Databases: MySQL, SQLite</w:t>
      </w:r>
    </w:p>
    <w:p w14:paraId="7988D7E1" w14:textId="77777777" w:rsidR="00125360" w:rsidRDefault="00000000">
      <w:r>
        <w:t>Tools: Git, GitHub, cPanel, Hosting Management</w:t>
      </w:r>
    </w:p>
    <w:p w14:paraId="11CECEBF" w14:textId="77777777" w:rsidR="00125360" w:rsidRDefault="00000000">
      <w:r>
        <w:t>Business Tools: Advanced Excel, Data Analysis, Reporting</w:t>
      </w:r>
    </w:p>
    <w:p w14:paraId="45DE408A" w14:textId="77777777" w:rsidR="00125360" w:rsidRDefault="00000000">
      <w:pPr>
        <w:pStyle w:val="Heading1"/>
      </w:pPr>
      <w:r>
        <w:t>Featured Projects</w:t>
      </w:r>
    </w:p>
    <w:p w14:paraId="7A5ECF16" w14:textId="77777777" w:rsidR="00125360" w:rsidRDefault="00000000">
      <w:r>
        <w:rPr>
          <w:b/>
        </w:rPr>
        <w:t>Django Coach Management System</w:t>
      </w:r>
    </w:p>
    <w:p w14:paraId="223B80D8" w14:textId="77777777" w:rsidR="00125360" w:rsidRDefault="00000000">
      <w:r>
        <w:t>Developed a web-based coach management platform using Django, Python, SQLite, and Bootstrap. Features include client management, session scheduling, reporting, dashboards, plans management, and role-based access.</w:t>
      </w:r>
    </w:p>
    <w:p w14:paraId="5FCAB010" w14:textId="77777777" w:rsidR="00125360" w:rsidRDefault="00000000">
      <w:r>
        <w:rPr>
          <w:b/>
        </w:rPr>
        <w:t>WordPress School Management System</w:t>
      </w:r>
    </w:p>
    <w:p w14:paraId="7DD14E98" w14:textId="77777777" w:rsidR="00125360" w:rsidRDefault="00000000">
      <w:r>
        <w:t>Customized and deployed a comprehensive school management platform with student administration, accounting, examinations, transport, library, hostel, and reporting modules.</w:t>
      </w:r>
    </w:p>
    <w:p w14:paraId="61C115ED" w14:textId="77777777" w:rsidR="00125360" w:rsidRDefault="00000000">
      <w:r>
        <w:rPr>
          <w:b/>
        </w:rPr>
        <w:lastRenderedPageBreak/>
        <w:t>Ethezet Portfolio Website</w:t>
      </w:r>
    </w:p>
    <w:p w14:paraId="477316EA" w14:textId="77777777" w:rsidR="00125360" w:rsidRDefault="00000000">
      <w:r>
        <w:t>Designed and developed a professional portfolio website showcasing services, projects, technical skills, GitHub repositories, and contact functionality.</w:t>
      </w:r>
    </w:p>
    <w:p w14:paraId="2542E57A" w14:textId="77777777" w:rsidR="00125360" w:rsidRDefault="00000000">
      <w:pPr>
        <w:pStyle w:val="Heading1"/>
      </w:pPr>
      <w:r>
        <w:t>Professional Experience</w:t>
      </w:r>
    </w:p>
    <w:p w14:paraId="126A4454" w14:textId="77777777" w:rsidR="00125360" w:rsidRDefault="00000000">
      <w:r>
        <w:rPr>
          <w:b/>
        </w:rPr>
        <w:t>Freelance Web Developer | 2019 – Present</w:t>
      </w:r>
    </w:p>
    <w:p w14:paraId="11CBF72D" w14:textId="77777777" w:rsidR="00125360" w:rsidRDefault="00000000">
      <w:r>
        <w:t>Design, development, deployment, and maintenance of WordPress websites and web solutions for businesses and individuals. Customization of themes, plugins, hosting environments, SEO optimization, and ongoing support.</w:t>
      </w:r>
    </w:p>
    <w:p w14:paraId="58D636B6" w14:textId="77777777" w:rsidR="00125360" w:rsidRDefault="00000000">
      <w:r>
        <w:rPr>
          <w:b/>
        </w:rPr>
        <w:t>Assembly Team Member – Charlie Bigham's | Jul 2025 – Present</w:t>
      </w:r>
    </w:p>
    <w:p w14:paraId="2CFDDB41" w14:textId="77777777" w:rsidR="00125360" w:rsidRDefault="00000000">
      <w:r>
        <w:t>Working in a fast-paced production environment, maintaining quality standards, teamwork, efficiency, and attention to detail.</w:t>
      </w:r>
    </w:p>
    <w:p w14:paraId="21D11F1D" w14:textId="77777777" w:rsidR="00125360" w:rsidRDefault="00000000">
      <w:pPr>
        <w:pStyle w:val="Heading1"/>
      </w:pPr>
      <w:r>
        <w:t>Education</w:t>
      </w:r>
    </w:p>
    <w:p w14:paraId="6EA34E7C" w14:textId="77777777" w:rsidR="00125360" w:rsidRDefault="00000000">
      <w:r>
        <w:t>National Certificate in Agriculture</w:t>
      </w:r>
    </w:p>
    <w:p w14:paraId="0A06D8AC" w14:textId="77777777" w:rsidR="00125360" w:rsidRDefault="00000000">
      <w:pPr>
        <w:pStyle w:val="Heading1"/>
      </w:pPr>
      <w:r>
        <w:t>Professional Links</w:t>
      </w:r>
    </w:p>
    <w:p w14:paraId="43B2E812" w14:textId="77777777" w:rsidR="00125360" w:rsidRDefault="00000000">
      <w:r>
        <w:t>Portfolio: https://ethezet.website</w:t>
      </w:r>
    </w:p>
    <w:p w14:paraId="417DCD1C" w14:textId="77777777" w:rsidR="00125360" w:rsidRDefault="00000000">
      <w:r>
        <w:t>GitHub: https://github.com/ezekielchitsvare</w:t>
      </w:r>
    </w:p>
    <w:p w14:paraId="12328B75" w14:textId="77777777" w:rsidR="00125360" w:rsidRDefault="00000000">
      <w:r>
        <w:t>LinkedIn: https://www.linkedin.com/in/eze-chitsvare-325838313/</w:t>
      </w:r>
    </w:p>
    <w:sectPr w:rsidR="00125360"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92994503">
    <w:abstractNumId w:val="8"/>
  </w:num>
  <w:num w:numId="2" w16cid:durableId="1273980299">
    <w:abstractNumId w:val="6"/>
  </w:num>
  <w:num w:numId="3" w16cid:durableId="1105224940">
    <w:abstractNumId w:val="5"/>
  </w:num>
  <w:num w:numId="4" w16cid:durableId="402916208">
    <w:abstractNumId w:val="4"/>
  </w:num>
  <w:num w:numId="5" w16cid:durableId="696933177">
    <w:abstractNumId w:val="7"/>
  </w:num>
  <w:num w:numId="6" w16cid:durableId="841168991">
    <w:abstractNumId w:val="3"/>
  </w:num>
  <w:num w:numId="7" w16cid:durableId="1409230892">
    <w:abstractNumId w:val="2"/>
  </w:num>
  <w:num w:numId="8" w16cid:durableId="1669021433">
    <w:abstractNumId w:val="1"/>
  </w:num>
  <w:num w:numId="9" w16cid:durableId="18280865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25360"/>
    <w:rsid w:val="0015074B"/>
    <w:rsid w:val="001D0D06"/>
    <w:rsid w:val="0029639D"/>
    <w:rsid w:val="00326F90"/>
    <w:rsid w:val="00AA1D8D"/>
    <w:rsid w:val="00B47730"/>
    <w:rsid w:val="00CB0664"/>
    <w:rsid w:val="00F077C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FF74E1"/>
  <w14:defaultImageDpi w14:val="300"/>
  <w15:docId w15:val="{6C639298-4271-400D-938D-C3DF99F4C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F077C3"/>
    <w:rPr>
      <w:color w:val="0000FF" w:themeColor="hyperlink"/>
      <w:u w:val="single"/>
    </w:rPr>
  </w:style>
  <w:style w:type="character" w:styleId="UnresolvedMention">
    <w:name w:val="Unresolved Mention"/>
    <w:basedOn w:val="DefaultParagraphFont"/>
    <w:uiPriority w:val="99"/>
    <w:semiHidden/>
    <w:unhideWhenUsed/>
    <w:rsid w:val="00F077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eze-chitsvare-325838313/" TargetMode="External"/><Relationship Id="rId3" Type="http://schemas.openxmlformats.org/officeDocument/2006/relationships/styles" Target="styles.xml"/><Relationship Id="rId7" Type="http://schemas.openxmlformats.org/officeDocument/2006/relationships/hyperlink" Target="https://github.com/ezekielchitsvare/ezekielchitsvar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ethezet.website/"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389</Words>
  <Characters>2221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EZEKIEL CHITSVARE</cp:lastModifiedBy>
  <cp:revision>2</cp:revision>
  <dcterms:created xsi:type="dcterms:W3CDTF">2013-12-23T23:15:00Z</dcterms:created>
  <dcterms:modified xsi:type="dcterms:W3CDTF">2026-06-03T10:44:00Z</dcterms:modified>
  <cp:category/>
</cp:coreProperties>
</file>